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BF64C" w14:textId="4A919DBA" w:rsidR="00AF42A3" w:rsidRPr="00440357" w:rsidRDefault="00C11585" w:rsidP="00440357">
      <w:pPr>
        <w:jc w:val="center"/>
      </w:pPr>
      <w:r>
        <w:rPr>
          <w:b/>
          <w:sz w:val="24"/>
        </w:rPr>
        <w:t>SURAT PERMOHONAN PEMULIHAN AKUN</w:t>
      </w:r>
      <w:bookmarkStart w:id="0" w:name="_GoBack"/>
      <w:bookmarkEnd w:id="0"/>
      <w:r w:rsidR="00440357">
        <w:t xml:space="preserve"> </w:t>
      </w:r>
      <w:r>
        <w:rPr>
          <w:b/>
          <w:sz w:val="24"/>
        </w:rPr>
        <w:t xml:space="preserve">LMS </w:t>
      </w:r>
      <w:r>
        <w:rPr>
          <w:b/>
          <w:sz w:val="24"/>
        </w:rPr>
        <w:t>BP BATAM</w:t>
      </w:r>
    </w:p>
    <w:p w14:paraId="7BA77D4C" w14:textId="77777777" w:rsidR="003515EE" w:rsidRDefault="003515EE" w:rsidP="003515EE">
      <w:pPr>
        <w:jc w:val="center"/>
      </w:pPr>
    </w:p>
    <w:p w14:paraId="089491B6" w14:textId="77777777" w:rsidR="00AF42A3" w:rsidRDefault="00C11585">
      <w:r>
        <w:t>Saya yang bertanda tangan di bawah ini: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283"/>
        <w:gridCol w:w="5386"/>
      </w:tblGrid>
      <w:tr w:rsidR="00AF42A3" w14:paraId="7E651E9D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AD43" w14:textId="77777777" w:rsidR="00AF42A3" w:rsidRDefault="00C11585">
            <w:r>
              <w:t>Nama Lengkap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1BB62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627C" w14:textId="77777777" w:rsidR="00AF42A3" w:rsidRDefault="00C11585">
            <w:r>
              <w:t>..............................................................</w:t>
            </w:r>
          </w:p>
        </w:tc>
      </w:tr>
      <w:tr w:rsidR="00AF42A3" w14:paraId="3242762C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6FA4" w14:textId="3BEFA9ED" w:rsidR="00AF42A3" w:rsidRDefault="00C11585">
            <w:r>
              <w:t>NIK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8AC5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7724" w14:textId="77777777" w:rsidR="00AF42A3" w:rsidRDefault="00C11585">
            <w:r>
              <w:t>..............................................................</w:t>
            </w:r>
          </w:p>
        </w:tc>
      </w:tr>
      <w:tr w:rsidR="00AF42A3" w14:paraId="571D541A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4483" w14:textId="77777777" w:rsidR="00AF42A3" w:rsidRDefault="00C11585">
            <w:r>
              <w:t>Tempat/Tanggal Lahir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16DA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28B0E" w14:textId="77777777" w:rsidR="00AF42A3" w:rsidRDefault="00C11585">
            <w:r>
              <w:t>..............................................................</w:t>
            </w:r>
          </w:p>
        </w:tc>
      </w:tr>
      <w:tr w:rsidR="00AF42A3" w14:paraId="3645D754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563E" w14:textId="77777777" w:rsidR="00AF42A3" w:rsidRDefault="00C11585">
            <w:r>
              <w:t>Alamat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5879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EC87" w14:textId="77777777" w:rsidR="00AF42A3" w:rsidRDefault="00C11585">
            <w:r>
              <w:t>..............................................................</w:t>
            </w:r>
          </w:p>
        </w:tc>
      </w:tr>
      <w:tr w:rsidR="00AF42A3" w14:paraId="00F36F25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274BA" w14:textId="77777777" w:rsidR="00AF42A3" w:rsidRDefault="00C11585">
            <w:r>
              <w:t>Nomor Handphone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4DAC9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3B58" w14:textId="77777777" w:rsidR="00AF42A3" w:rsidRDefault="00C11585">
            <w:r>
              <w:t>..............................................................</w:t>
            </w:r>
          </w:p>
        </w:tc>
      </w:tr>
      <w:tr w:rsidR="00AF42A3" w14:paraId="70C1EE5A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9F8F" w14:textId="77777777" w:rsidR="00AF42A3" w:rsidRDefault="00C11585">
            <w:r>
              <w:t>Alamat E-mail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DE81" w14:textId="77777777" w:rsidR="00AF42A3" w:rsidRDefault="00C11585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F0FD" w14:textId="77777777" w:rsidR="00AF42A3" w:rsidRDefault="00C11585">
            <w:r>
              <w:t>..............................................................</w:t>
            </w:r>
          </w:p>
        </w:tc>
      </w:tr>
    </w:tbl>
    <w:p w14:paraId="0B054EF2" w14:textId="77777777" w:rsidR="003515EE" w:rsidRDefault="003515EE" w:rsidP="003515EE">
      <w:pPr>
        <w:spacing w:after="120"/>
        <w:jc w:val="both"/>
      </w:pPr>
    </w:p>
    <w:p w14:paraId="415B9341" w14:textId="75CF83F7" w:rsidR="00AF42A3" w:rsidRDefault="00C11585" w:rsidP="00440357">
      <w:pPr>
        <w:spacing w:after="120"/>
        <w:jc w:val="both"/>
      </w:pPr>
      <w:r>
        <w:t>Adapun permohonan pemulihan akun diajukan dengan alasan:</w:t>
      </w:r>
    </w:p>
    <w:p w14:paraId="681BC370" w14:textId="19677533" w:rsidR="00AF42A3" w:rsidRDefault="00C11585">
      <w:r>
        <w:t>.................................................................................................................................</w:t>
      </w:r>
      <w:r>
        <w:t>...</w:t>
      </w:r>
      <w:r>
        <w:t>.............................................................................................................................</w:t>
      </w:r>
    </w:p>
    <w:p w14:paraId="0C25891D" w14:textId="77777777" w:rsidR="00AF42A3" w:rsidRDefault="00C11585">
      <w:r>
        <w:t>Sehubungan dengan permohonan tersebut, saya menyatakan bahwa:</w:t>
      </w:r>
    </w:p>
    <w:p w14:paraId="6ED99EC7" w14:textId="476A818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Saya merupakan pemilik yang sah atas identitas dan akun LMS</w:t>
      </w:r>
      <w:r w:rsidR="00440357">
        <w:t xml:space="preserve"> BP BATAM</w:t>
      </w:r>
      <w:r>
        <w:t xml:space="preserve"> </w:t>
      </w:r>
      <w:r>
        <w:t>yang dimohonkan untuk dipulihkan.</w:t>
      </w:r>
    </w:p>
    <w:p w14:paraId="6FCE5F50" w14:textId="7777777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Seluruh data, informasi, dan dokumen yang saya sampaikan dalam proses pemulihan akun adalah benar, sah, valid, dan dapat dipertanggungjawabkan.</w:t>
      </w:r>
    </w:p>
    <w:p w14:paraId="2DCF1098" w14:textId="7777777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Saya memberikan persetujuan kepada BP Batam untuk melakukan verifik</w:t>
      </w:r>
      <w:r>
        <w:t>asi dan pencocokan data serta dokumen yang diperlukan dalam rangka memastikan keabsahan identitas dan kepemilikan akun.</w:t>
      </w:r>
    </w:p>
    <w:p w14:paraId="442426BB" w14:textId="7777777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Saya memahami bahwa dalam rangka pemulihan akun, setelah permohonan dinyatakan memenuhi persyaratan dan disetujui, BP Batam dapat me</w:t>
      </w:r>
      <w:r>
        <w:t xml:space="preserve">lakukan perubahan alamat e-mail akun sesuai dengan alamat e-mail baru yang saya ajukan dan mengirimkan tautan pengaturan ulang kata sandi (reset password) ke alamat e-mail tersebut. Tautan pengaturan ulang kata sandi memiliki batas waktu penggunaan sesuai </w:t>
      </w:r>
      <w:r>
        <w:t>dengan ketentuan keamanan sistem yang berlaku.</w:t>
      </w:r>
    </w:p>
    <w:p w14:paraId="10049E0E" w14:textId="637ED7D3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menyatakan bahwa alamat e-mail </w:t>
      </w:r>
      <w:r>
        <w:t>baru yang disampaikan dalam permohonan ini berada dalam penguasaan saya.</w:t>
      </w:r>
    </w:p>
    <w:p w14:paraId="5E3EC759" w14:textId="7777777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Saya memahami bahwa permohonan pemulihan akun dapat ditolak apabila</w:t>
      </w:r>
      <w:r>
        <w:t xml:space="preserve"> data atau dokumen yang disampaikan tidak lengkap, tidak sesuai, tidak dapat diverifikasi, atau terdapat ketidaksesuaian dengan data yang tercatat pada sistem.</w:t>
      </w:r>
    </w:p>
    <w:p w14:paraId="3463CC20" w14:textId="77777777" w:rsidR="003515EE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Setelah proses pemulihan akun berhasil dilakukan, saya bertanggung jawab untuk </w:t>
      </w:r>
      <w:r>
        <w:t>menjaga keamanan akun, kata sandi, alamat e-mail, nomor handphone, serta informasi autentikasi lainnya dan tidak memberikannya kepada pihak lain.</w:t>
      </w:r>
    </w:p>
    <w:p w14:paraId="148FD047" w14:textId="0E3F7B24" w:rsidR="00AF42A3" w:rsidRDefault="00C11585" w:rsidP="003515EE">
      <w:pPr>
        <w:pStyle w:val="ListParagraph"/>
        <w:numPr>
          <w:ilvl w:val="0"/>
          <w:numId w:val="10"/>
        </w:numPr>
        <w:spacing w:after="100"/>
        <w:jc w:val="both"/>
      </w:pPr>
      <w:r>
        <w:t>Apabila di kemudian hari diketahui bahwa data, dokumen, atau pernyataan yang saya sampaikan tidak benar, t</w:t>
      </w:r>
      <w:r>
        <w:t>idak sah, atau digunakan untuk mengakses akun yang bukan menjadi hak saya, saya bersedia bertanggung jawab sesuai dengan ketentuan dan peraturan perundang-undangan yang berlaku.</w:t>
      </w:r>
    </w:p>
    <w:p w14:paraId="6C35F67A" w14:textId="77777777" w:rsidR="00AF42A3" w:rsidRDefault="00C11585">
      <w:pPr>
        <w:spacing w:after="120"/>
        <w:ind w:firstLine="567"/>
        <w:jc w:val="both"/>
      </w:pPr>
      <w:r>
        <w:t>D</w:t>
      </w:r>
      <w:r>
        <w:t>emikian Surat Permohonan Pemulihan Akun LMS Online BP Batam ini dibuat dengan</w:t>
      </w:r>
      <w:r>
        <w:t xml:space="preserve"> sebenar-benarnya untuk dipergunakan sebagaimana mestinya.</w:t>
      </w:r>
    </w:p>
    <w:p w14:paraId="6D3D997C" w14:textId="77777777" w:rsidR="00AF42A3" w:rsidRDefault="00C11585">
      <w:pPr>
        <w:spacing w:before="200"/>
      </w:pPr>
      <w:r>
        <w:t>.............................., ..... ......................... 20....</w:t>
      </w:r>
    </w:p>
    <w:p w14:paraId="6F360AED" w14:textId="77777777" w:rsidR="00AF42A3" w:rsidRDefault="00C11585">
      <w:pPr>
        <w:spacing w:before="160"/>
      </w:pPr>
      <w:r>
        <w:t>Yang membuat pernyataan,</w:t>
      </w:r>
    </w:p>
    <w:p w14:paraId="3E4BECDC" w14:textId="77777777" w:rsidR="007419AC" w:rsidRDefault="00C11585" w:rsidP="007419AC">
      <w:r>
        <w:br/>
      </w:r>
    </w:p>
    <w:p w14:paraId="339B87BA" w14:textId="01CA7EA1" w:rsidR="007419AC" w:rsidRPr="008F0B92" w:rsidRDefault="00C11585" w:rsidP="007419AC">
      <w:pPr>
        <w:rPr>
          <w:sz w:val="18"/>
          <w:szCs w:val="18"/>
        </w:rPr>
      </w:pPr>
      <w:r>
        <w:br/>
      </w:r>
      <w:r w:rsidR="007419AC" w:rsidRPr="008F0B92">
        <w:rPr>
          <w:sz w:val="18"/>
          <w:szCs w:val="18"/>
        </w:rPr>
        <w:t>(material 10.000)</w:t>
      </w:r>
    </w:p>
    <w:p w14:paraId="074E210F" w14:textId="58744411" w:rsidR="00AF42A3" w:rsidRDefault="00C11585">
      <w:r>
        <w:br/>
      </w:r>
    </w:p>
    <w:p w14:paraId="5B56F2C5" w14:textId="77777777" w:rsidR="00AF42A3" w:rsidRDefault="00C11585">
      <w:r>
        <w:rPr>
          <w:b/>
        </w:rPr>
        <w:t>..............................................................</w:t>
      </w:r>
      <w:r>
        <w:br/>
        <w:t>Nama Lengkap</w:t>
      </w:r>
    </w:p>
    <w:sectPr w:rsidR="00AF42A3" w:rsidSect="00440357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3E49B3"/>
    <w:multiLevelType w:val="hybridMultilevel"/>
    <w:tmpl w:val="4B406A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5EE"/>
    <w:rsid w:val="00440357"/>
    <w:rsid w:val="007419AC"/>
    <w:rsid w:val="00AA1D8D"/>
    <w:rsid w:val="00AF42A3"/>
    <w:rsid w:val="00B47730"/>
    <w:rsid w:val="00C115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7F9ECD"/>
  <w14:defaultImageDpi w14:val="300"/>
  <w15:docId w15:val="{4552965E-8CC8-4A82-9E17-8AD08FAF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3C0039-87AD-4443-A222-6A5DBD73A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muhamad sahyudi</cp:lastModifiedBy>
  <cp:revision>8</cp:revision>
  <dcterms:created xsi:type="dcterms:W3CDTF">2026-09-18T07:47:00Z</dcterms:created>
  <dcterms:modified xsi:type="dcterms:W3CDTF">2026-09-18T10:14:00Z</dcterms:modified>
  <cp:category/>
</cp:coreProperties>
</file>