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0D512" w14:textId="3F8DE870" w:rsidR="00BE5728" w:rsidRDefault="007B7360" w:rsidP="00CE7611">
      <w:pPr>
        <w:jc w:val="center"/>
      </w:pPr>
      <w:r>
        <w:rPr>
          <w:b/>
          <w:sz w:val="24"/>
        </w:rPr>
        <w:t>SURAT PERMOHONAN PEMULIHAN AKUN</w:t>
      </w:r>
      <w:r w:rsidR="00CE7611">
        <w:t xml:space="preserve"> </w:t>
      </w:r>
      <w:r>
        <w:rPr>
          <w:b/>
          <w:sz w:val="24"/>
        </w:rPr>
        <w:t>LMS BP BATAM</w:t>
      </w:r>
      <w:r w:rsidR="00CE7611">
        <w:rPr>
          <w:b/>
          <w:sz w:val="24"/>
        </w:rPr>
        <w:br/>
      </w:r>
    </w:p>
    <w:p w14:paraId="58CACA89" w14:textId="77777777" w:rsidR="00BE5728" w:rsidRDefault="007B7360">
      <w:r>
        <w:t>Saya yang bertanda tangan di bawah ini: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48"/>
        <w:gridCol w:w="283"/>
        <w:gridCol w:w="5386"/>
      </w:tblGrid>
      <w:tr w:rsidR="00BE5728" w14:paraId="2DFAEF4F" w14:textId="77777777"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8D00B" w14:textId="77777777" w:rsidR="00BE5728" w:rsidRDefault="007B7360">
            <w:r>
              <w:t>Nama Lengkap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233E1" w14:textId="77777777" w:rsidR="00BE5728" w:rsidRDefault="007B7360">
            <w:r>
              <w:t>: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CF835" w14:textId="77777777" w:rsidR="00BE5728" w:rsidRDefault="007B7360">
            <w:r>
              <w:t>..............................................................</w:t>
            </w:r>
          </w:p>
        </w:tc>
      </w:tr>
      <w:tr w:rsidR="00BE5728" w14:paraId="02EF7E71" w14:textId="77777777"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B6C50" w14:textId="16037014" w:rsidR="00BE5728" w:rsidRDefault="007B7360">
            <w:r>
              <w:t>NIK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6FEE5" w14:textId="77777777" w:rsidR="00BE5728" w:rsidRDefault="007B7360">
            <w:r>
              <w:t>: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D7C1F" w14:textId="77777777" w:rsidR="00BE5728" w:rsidRDefault="007B7360">
            <w:r>
              <w:t>..............................................................</w:t>
            </w:r>
          </w:p>
        </w:tc>
      </w:tr>
      <w:tr w:rsidR="00BE5728" w14:paraId="6A60A002" w14:textId="77777777"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26BF9" w14:textId="77777777" w:rsidR="00BE5728" w:rsidRDefault="007B7360">
            <w:r>
              <w:t>Jabatan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50EC4" w14:textId="77777777" w:rsidR="00BE5728" w:rsidRDefault="007B7360">
            <w:r>
              <w:t>: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467D8" w14:textId="72325F74" w:rsidR="00BE5728" w:rsidRDefault="007B7360">
            <w:r>
              <w:t>Direktur / ..............................................</w:t>
            </w:r>
          </w:p>
        </w:tc>
      </w:tr>
      <w:tr w:rsidR="00BE5728" w14:paraId="30A966F6" w14:textId="77777777"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76510" w14:textId="77777777" w:rsidR="00BE5728" w:rsidRDefault="007B7360">
            <w:r>
              <w:t>Nomor Handphone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CE5B7" w14:textId="77777777" w:rsidR="00BE5728" w:rsidRDefault="007B7360">
            <w:r>
              <w:t>: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55B39" w14:textId="77777777" w:rsidR="00BE5728" w:rsidRDefault="007B7360">
            <w:r>
              <w:t>..............................................................</w:t>
            </w:r>
          </w:p>
        </w:tc>
      </w:tr>
      <w:tr w:rsidR="00BE5728" w14:paraId="061E81E1" w14:textId="77777777"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FA941" w14:textId="77777777" w:rsidR="00BE5728" w:rsidRDefault="007B7360">
            <w:r>
              <w:t>Alamat E-mail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D242A" w14:textId="77777777" w:rsidR="00BE5728" w:rsidRDefault="007B7360">
            <w:r>
              <w:t>: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13B58" w14:textId="77777777" w:rsidR="00BE5728" w:rsidRDefault="007B7360">
            <w:r>
              <w:t>..............................................................</w:t>
            </w:r>
          </w:p>
        </w:tc>
      </w:tr>
    </w:tbl>
    <w:p w14:paraId="5B693F39" w14:textId="77777777" w:rsidR="00BE5728" w:rsidRDefault="00BE5728"/>
    <w:p w14:paraId="6FAB472B" w14:textId="77777777" w:rsidR="00BE5728" w:rsidRDefault="007B7360">
      <w:r>
        <w:t>Dalam hal ini bertindak untuk dan atas nama Badan Hukum: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48"/>
        <w:gridCol w:w="283"/>
        <w:gridCol w:w="5386"/>
      </w:tblGrid>
      <w:tr w:rsidR="00BE5728" w14:paraId="5995410A" w14:textId="77777777"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6382E" w14:textId="77777777" w:rsidR="00BE5728" w:rsidRDefault="007B7360">
            <w:r>
              <w:t>Nama Badan Hukum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6046A" w14:textId="77777777" w:rsidR="00BE5728" w:rsidRDefault="007B7360">
            <w:r>
              <w:t>: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45031" w14:textId="77777777" w:rsidR="00BE5728" w:rsidRDefault="007B7360">
            <w:r>
              <w:t>..............................................................</w:t>
            </w:r>
          </w:p>
        </w:tc>
      </w:tr>
      <w:tr w:rsidR="00BE5728" w14:paraId="22DAB67B" w14:textId="77777777"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41294" w14:textId="77777777" w:rsidR="00BE5728" w:rsidRDefault="007B7360">
            <w:r>
              <w:t>NPWP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9B008" w14:textId="77777777" w:rsidR="00BE5728" w:rsidRDefault="007B7360">
            <w:r>
              <w:t>: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2DB79" w14:textId="77777777" w:rsidR="00BE5728" w:rsidRDefault="007B7360">
            <w:r>
              <w:t>..............................................................</w:t>
            </w:r>
          </w:p>
        </w:tc>
      </w:tr>
      <w:tr w:rsidR="00BE5728" w14:paraId="00FACBC7" w14:textId="77777777"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75A89" w14:textId="77777777" w:rsidR="00BE5728" w:rsidRDefault="007B7360">
            <w:r>
              <w:t>Alamat Badan Hukum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9090B" w14:textId="77777777" w:rsidR="00BE5728" w:rsidRDefault="007B7360">
            <w:r>
              <w:t>: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CCB95" w14:textId="77777777" w:rsidR="00BE5728" w:rsidRDefault="007B7360">
            <w:r>
              <w:t>..............................................................</w:t>
            </w:r>
          </w:p>
        </w:tc>
      </w:tr>
      <w:tr w:rsidR="00CE7611" w14:paraId="52C3683B" w14:textId="77777777"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023CC" w14:textId="56A730E1" w:rsidR="00CE7611" w:rsidRDefault="00CE7611">
            <w:r>
              <w:t xml:space="preserve">Alamat E-mail Badan </w:t>
            </w:r>
            <w:proofErr w:type="spellStart"/>
            <w:r>
              <w:t>Hukum</w:t>
            </w:r>
            <w:proofErr w:type="spellEnd"/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A0BF3" w14:textId="670B05FF" w:rsidR="00CE7611" w:rsidRDefault="00CE7611">
            <w:r>
              <w:t>:</w:t>
            </w:r>
          </w:p>
        </w:tc>
        <w:tc>
          <w:tcPr>
            <w:tcW w:w="53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91DA8" w14:textId="594975A0" w:rsidR="00CE7611" w:rsidRDefault="00CE7611">
            <w:r>
              <w:t>..............................................................</w:t>
            </w:r>
          </w:p>
        </w:tc>
      </w:tr>
    </w:tbl>
    <w:p w14:paraId="54924F9F" w14:textId="77777777" w:rsidR="00BE5728" w:rsidRDefault="00BE5728"/>
    <w:p w14:paraId="0C057A01" w14:textId="77777777" w:rsidR="00BE5728" w:rsidRDefault="007B7360">
      <w:r>
        <w:t>Adapun permohonan pemulihan akun diajukan dengan alasan:</w:t>
      </w:r>
    </w:p>
    <w:p w14:paraId="492639C7" w14:textId="77777777" w:rsidR="00BE5728" w:rsidRDefault="007B7360">
      <w:r>
        <w:t>.................................................................................................................................</w:t>
      </w:r>
    </w:p>
    <w:p w14:paraId="5A8350B9" w14:textId="77777777" w:rsidR="00BE5728" w:rsidRDefault="007B7360">
      <w:r>
        <w:t>.................................................................................................................................</w:t>
      </w:r>
    </w:p>
    <w:p w14:paraId="7ABCA358" w14:textId="77777777" w:rsidR="00BE5728" w:rsidRDefault="007B7360">
      <w:r>
        <w:t>Sehubungan dengan permohonan tersebut, saya menyatakan bahwa:</w:t>
      </w:r>
    </w:p>
    <w:p w14:paraId="59C8653C" w14:textId="77777777" w:rsidR="008F0B92" w:rsidRDefault="007B7360" w:rsidP="008F0B92">
      <w:pPr>
        <w:pStyle w:val="ListParagraph"/>
        <w:numPr>
          <w:ilvl w:val="0"/>
          <w:numId w:val="10"/>
        </w:numPr>
        <w:spacing w:after="100"/>
        <w:jc w:val="both"/>
      </w:pPr>
      <w:r>
        <w:t xml:space="preserve">Saya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sah</w:t>
      </w:r>
      <w:proofErr w:type="spellEnd"/>
      <w:r>
        <w:t xml:space="preserve"> dan berwenang untuk bertindak untuk dan atas nama Badan Hukum sebagaimana disebutkan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</w:p>
    <w:p w14:paraId="55054B24" w14:textId="77777777" w:rsidR="008F0B92" w:rsidRDefault="007B7360" w:rsidP="008F0B92">
      <w:pPr>
        <w:pStyle w:val="ListParagraph"/>
        <w:numPr>
          <w:ilvl w:val="0"/>
          <w:numId w:val="10"/>
        </w:numPr>
        <w:spacing w:after="100"/>
        <w:jc w:val="both"/>
      </w:pPr>
      <w:proofErr w:type="spellStart"/>
      <w:r>
        <w:t>Akun</w:t>
      </w:r>
      <w:proofErr w:type="spellEnd"/>
      <w:r>
        <w:t xml:space="preserve"> LMS Online yang </w:t>
      </w:r>
      <w:proofErr w:type="spellStart"/>
      <w:r>
        <w:t>dimohonkan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dipulihkan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akun</w:t>
      </w:r>
      <w:proofErr w:type="spellEnd"/>
      <w:r>
        <w:t xml:space="preserve"> yang </w:t>
      </w:r>
      <w:proofErr w:type="spellStart"/>
      <w:r>
        <w:t>terdaftar</w:t>
      </w:r>
      <w:proofErr w:type="spellEnd"/>
      <w:r>
        <w:t xml:space="preserve"> dan</w:t>
      </w:r>
      <w:r w:rsidR="008F0B92"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Badan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wakili</w:t>
      </w:r>
      <w:proofErr w:type="spellEnd"/>
      <w:r>
        <w:t>.</w:t>
      </w:r>
    </w:p>
    <w:p w14:paraId="1E469BB6" w14:textId="77777777" w:rsidR="008F0B92" w:rsidRDefault="007B7360" w:rsidP="008F0B92">
      <w:pPr>
        <w:pStyle w:val="ListParagraph"/>
        <w:numPr>
          <w:ilvl w:val="0"/>
          <w:numId w:val="10"/>
        </w:numPr>
        <w:spacing w:after="100"/>
        <w:jc w:val="both"/>
      </w:pPr>
      <w:proofErr w:type="spellStart"/>
      <w:r>
        <w:t>Seluruh</w:t>
      </w:r>
      <w:proofErr w:type="spellEnd"/>
      <w:r>
        <w:t xml:space="preserve"> data, </w:t>
      </w:r>
      <w:proofErr w:type="spellStart"/>
      <w:r>
        <w:t>informasi</w:t>
      </w:r>
      <w:proofErr w:type="spellEnd"/>
      <w:r>
        <w:t xml:space="preserve">, dan dokumen yang disampaikan dalam proses pemulihan </w:t>
      </w:r>
      <w:proofErr w:type="spellStart"/>
      <w:r>
        <w:t>akun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, </w:t>
      </w:r>
      <w:proofErr w:type="spellStart"/>
      <w:r>
        <w:t>sah</w:t>
      </w:r>
      <w:proofErr w:type="spellEnd"/>
      <w:r>
        <w:t xml:space="preserve">, valid,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>.</w:t>
      </w:r>
    </w:p>
    <w:p w14:paraId="7170204B" w14:textId="77777777" w:rsidR="008F0B92" w:rsidRDefault="007B7360" w:rsidP="008F0B92">
      <w:pPr>
        <w:pStyle w:val="ListParagraph"/>
        <w:numPr>
          <w:ilvl w:val="0"/>
          <w:numId w:val="10"/>
        </w:numPr>
        <w:spacing w:after="100"/>
        <w:jc w:val="both"/>
      </w:pPr>
      <w:r>
        <w:t xml:space="preserve">Saya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persetujuan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BP </w:t>
      </w:r>
      <w:proofErr w:type="spellStart"/>
      <w:r>
        <w:t>Batam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verifikasi</w:t>
      </w:r>
      <w:proofErr w:type="spellEnd"/>
      <w:r>
        <w:t xml:space="preserve"> dan pencocokan data serta dokumen yang diperlukan dalam rangka memastikan keabsahan Badan Hukum, kewenangan pihak yang </w:t>
      </w:r>
      <w:proofErr w:type="spellStart"/>
      <w:r>
        <w:t>mewakili</w:t>
      </w:r>
      <w:proofErr w:type="spellEnd"/>
      <w:r>
        <w:t xml:space="preserve">, dan </w:t>
      </w:r>
      <w:proofErr w:type="spellStart"/>
      <w:r>
        <w:t>kepemilikan</w:t>
      </w:r>
      <w:proofErr w:type="spellEnd"/>
      <w:r>
        <w:t xml:space="preserve"> </w:t>
      </w:r>
      <w:proofErr w:type="spellStart"/>
      <w:r>
        <w:t>akun</w:t>
      </w:r>
      <w:proofErr w:type="spellEnd"/>
      <w:r>
        <w:t xml:space="preserve"> yang </w:t>
      </w:r>
      <w:proofErr w:type="spellStart"/>
      <w:r>
        <w:t>dimohonkan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dipulihkan</w:t>
      </w:r>
      <w:proofErr w:type="spellEnd"/>
      <w:r>
        <w:t>.</w:t>
      </w:r>
    </w:p>
    <w:p w14:paraId="27D51037" w14:textId="77777777" w:rsidR="008F0B92" w:rsidRDefault="007B7360" w:rsidP="008F0B92">
      <w:pPr>
        <w:pStyle w:val="ListParagraph"/>
        <w:numPr>
          <w:ilvl w:val="0"/>
          <w:numId w:val="10"/>
        </w:numPr>
        <w:spacing w:after="100"/>
        <w:jc w:val="both"/>
      </w:pPr>
      <w:r>
        <w:t xml:space="preserve">Saya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pemulihan akun, setelah permohonan dinyatakan memenuhi persyaratan dan disetujui, BP Batam dapat melakukan perubahan alamat e-mail akun sesuai dengan alamat e-mail baru yang diajukan dan mengirimkan tautan pengaturan ulang kata sandi (reset password) ke alamat e-mail tersebut. Tautan pengaturan ulang kata sandi memiliki </w:t>
      </w:r>
      <w:proofErr w:type="spellStart"/>
      <w:r>
        <w:t>batas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</w:p>
    <w:p w14:paraId="47B0BA7A" w14:textId="6E1227C1" w:rsidR="008F0B92" w:rsidRDefault="007B7360" w:rsidP="008F0B92">
      <w:pPr>
        <w:pStyle w:val="ListParagraph"/>
        <w:numPr>
          <w:ilvl w:val="0"/>
          <w:numId w:val="10"/>
        </w:numPr>
        <w:spacing w:after="100"/>
        <w:jc w:val="both"/>
      </w:pPr>
      <w:r>
        <w:t xml:space="preserve">Saya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</w:t>
      </w:r>
      <w:bookmarkStart w:id="0" w:name="_GoBack"/>
      <w:bookmarkEnd w:id="0"/>
      <w:r>
        <w:t>a</w:t>
      </w:r>
      <w:proofErr w:type="spellEnd"/>
      <w:r>
        <w:t xml:space="preserve"> </w:t>
      </w:r>
      <w:proofErr w:type="spellStart"/>
      <w:r>
        <w:t>alamat</w:t>
      </w:r>
      <w:proofErr w:type="spellEnd"/>
      <w:r>
        <w:t xml:space="preserve"> e-mail </w:t>
      </w:r>
      <w:proofErr w:type="spellStart"/>
      <w:r>
        <w:t>baru</w:t>
      </w:r>
      <w:proofErr w:type="spellEnd"/>
      <w:r>
        <w:t xml:space="preserve"> yang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permohonan ini berada dalam </w:t>
      </w:r>
      <w:proofErr w:type="spellStart"/>
      <w:r>
        <w:t>penguasaan</w:t>
      </w:r>
      <w:proofErr w:type="spellEnd"/>
      <w:r>
        <w:t xml:space="preserve"> dan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Badan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wakili</w:t>
      </w:r>
      <w:proofErr w:type="spellEnd"/>
      <w:r>
        <w:t>.</w:t>
      </w:r>
    </w:p>
    <w:p w14:paraId="4EEE725D" w14:textId="77777777" w:rsidR="008F0B92" w:rsidRDefault="007B7360" w:rsidP="008F0B92">
      <w:pPr>
        <w:pStyle w:val="ListParagraph"/>
        <w:numPr>
          <w:ilvl w:val="0"/>
          <w:numId w:val="10"/>
        </w:numPr>
        <w:spacing w:after="100"/>
        <w:jc w:val="both"/>
      </w:pPr>
      <w:r>
        <w:t xml:space="preserve">Saya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</w:t>
      </w:r>
      <w:proofErr w:type="spellStart"/>
      <w:r>
        <w:t>pemulihan</w:t>
      </w:r>
      <w:proofErr w:type="spellEnd"/>
      <w:r>
        <w:t xml:space="preserve"> akun dapat ditolak apabila data atau dokumen yang disampaikan tidak lengkap, tidak sesuai, tidak dapat diverifikasi,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ketidaksesuaian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data yang </w:t>
      </w:r>
      <w:proofErr w:type="spellStart"/>
      <w:r>
        <w:t>tercatat</w:t>
      </w:r>
      <w:proofErr w:type="spellEnd"/>
      <w:r>
        <w:t xml:space="preserve"> pada </w:t>
      </w:r>
      <w:proofErr w:type="spellStart"/>
      <w:r>
        <w:t>sistem</w:t>
      </w:r>
      <w:proofErr w:type="spellEnd"/>
      <w:r>
        <w:t>.</w:t>
      </w:r>
    </w:p>
    <w:p w14:paraId="4C7421A5" w14:textId="77777777" w:rsidR="008F0B92" w:rsidRDefault="007B7360" w:rsidP="008F0B92">
      <w:pPr>
        <w:pStyle w:val="ListParagraph"/>
        <w:numPr>
          <w:ilvl w:val="0"/>
          <w:numId w:val="10"/>
        </w:numPr>
        <w:spacing w:after="100"/>
        <w:jc w:val="both"/>
      </w:pPr>
      <w:r>
        <w:t xml:space="preserve">Setelah proses pemulihan akun berhasil dilakukan, saya dan/atau Badan Hukum yang saya wakili bertanggung jawab untuk menjaga keamanan akun, kata sandi, alamat e-mail, nomor handphone, serta informasi autentikasi lainnya dan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penggunaannya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berwenang</w:t>
      </w:r>
      <w:proofErr w:type="spellEnd"/>
      <w:r>
        <w:t>.</w:t>
      </w:r>
    </w:p>
    <w:p w14:paraId="391B9D49" w14:textId="0AADE699" w:rsidR="00BE5728" w:rsidRDefault="007B7360" w:rsidP="008F0B92">
      <w:pPr>
        <w:pStyle w:val="ListParagraph"/>
        <w:numPr>
          <w:ilvl w:val="0"/>
          <w:numId w:val="10"/>
        </w:numPr>
        <w:spacing w:after="100"/>
        <w:jc w:val="both"/>
      </w:pPr>
      <w:proofErr w:type="spellStart"/>
      <w:r>
        <w:t>Apabila</w:t>
      </w:r>
      <w:proofErr w:type="spellEnd"/>
      <w:r>
        <w:t xml:space="preserve"> di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diketahui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data, </w:t>
      </w:r>
      <w:proofErr w:type="spellStart"/>
      <w:r>
        <w:t>dokumen</w:t>
      </w:r>
      <w:proofErr w:type="spellEnd"/>
      <w:r>
        <w:t>, atau pernyataan yang disampaikan tidak benar, tidak sah, atau permohonan ini dilakukan oleh pihak yang tidak berwenang, saya bersedia bertanggung jawab sesuai dengan ketentuan dan peraturan perundang-undangan yang berlaku.</w:t>
      </w:r>
    </w:p>
    <w:p w14:paraId="736DBE60" w14:textId="09863BE6" w:rsidR="00BE5728" w:rsidRDefault="007B7360">
      <w:pPr>
        <w:spacing w:after="120"/>
        <w:ind w:firstLine="567"/>
        <w:jc w:val="both"/>
      </w:pPr>
      <w:r>
        <w:lastRenderedPageBreak/>
        <w:t xml:space="preserve">Demikian Surat Permohonan </w:t>
      </w:r>
      <w:proofErr w:type="spellStart"/>
      <w:r>
        <w:t>Pemulihan</w:t>
      </w:r>
      <w:proofErr w:type="spellEnd"/>
      <w:r>
        <w:t xml:space="preserve"> </w:t>
      </w:r>
      <w:proofErr w:type="spellStart"/>
      <w:r>
        <w:t>Akun</w:t>
      </w:r>
      <w:proofErr w:type="spellEnd"/>
      <w:r>
        <w:t xml:space="preserve"> LMS BP </w:t>
      </w:r>
      <w:proofErr w:type="spellStart"/>
      <w:r>
        <w:t>Batam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dengan sebenar-benarnya untuk dipergunakan sebagaimana mestinya.</w:t>
      </w:r>
    </w:p>
    <w:p w14:paraId="542D664E" w14:textId="77777777" w:rsidR="00BE5728" w:rsidRDefault="007B7360">
      <w:pPr>
        <w:spacing w:before="200"/>
      </w:pPr>
      <w:r>
        <w:t>.............................., ..... ......................... 20....</w:t>
      </w:r>
    </w:p>
    <w:p w14:paraId="6CBA9ADF" w14:textId="77777777" w:rsidR="00BE5728" w:rsidRDefault="007B7360">
      <w:pPr>
        <w:spacing w:before="160"/>
      </w:pPr>
      <w:r>
        <w:t xml:space="preserve">Yang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>,</w:t>
      </w:r>
      <w:r>
        <w:br/>
      </w:r>
      <w:proofErr w:type="spellStart"/>
      <w:r>
        <w:t>untuk</w:t>
      </w:r>
      <w:proofErr w:type="spellEnd"/>
      <w:r>
        <w:t xml:space="preserve"> dan </w:t>
      </w:r>
      <w:proofErr w:type="spellStart"/>
      <w:r>
        <w:t>atas</w:t>
      </w:r>
      <w:proofErr w:type="spellEnd"/>
      <w:r>
        <w:t xml:space="preserve"> nama</w:t>
      </w:r>
      <w:r>
        <w:br/>
      </w:r>
      <w:r>
        <w:rPr>
          <w:b/>
        </w:rPr>
        <w:t>..............................................................</w:t>
      </w:r>
    </w:p>
    <w:p w14:paraId="64E044AD" w14:textId="77777777" w:rsidR="008F0B92" w:rsidRDefault="007B7360">
      <w:r>
        <w:br/>
      </w:r>
    </w:p>
    <w:p w14:paraId="3F2EFDFA" w14:textId="08D22F3F" w:rsidR="008F0B92" w:rsidRDefault="008F0B92"/>
    <w:p w14:paraId="026B4C0C" w14:textId="35F4E66F" w:rsidR="008F0B92" w:rsidRPr="008F0B92" w:rsidRDefault="008F0B92">
      <w:pPr>
        <w:rPr>
          <w:sz w:val="18"/>
          <w:szCs w:val="18"/>
        </w:rPr>
      </w:pPr>
      <w:r w:rsidRPr="008F0B92">
        <w:rPr>
          <w:sz w:val="18"/>
          <w:szCs w:val="18"/>
        </w:rPr>
        <w:t>(material 10.000)</w:t>
      </w:r>
    </w:p>
    <w:p w14:paraId="4DD4435D" w14:textId="0AB7907F" w:rsidR="00BE5728" w:rsidRDefault="008F0B92">
      <w:r>
        <w:br/>
      </w:r>
      <w:r w:rsidR="007B7360">
        <w:br/>
      </w:r>
    </w:p>
    <w:p w14:paraId="6329256B" w14:textId="77777777" w:rsidR="00BE5728" w:rsidRDefault="007B7360">
      <w:r>
        <w:rPr>
          <w:b/>
        </w:rPr>
        <w:t>..............................................................</w:t>
      </w:r>
      <w:r>
        <w:br/>
        <w:t>Nama Lengkap</w:t>
      </w:r>
      <w:r>
        <w:br/>
        <w:t>Direktur / ..............................................................</w:t>
      </w:r>
    </w:p>
    <w:sectPr w:rsidR="00BE5728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DC0D2F"/>
    <w:multiLevelType w:val="hybridMultilevel"/>
    <w:tmpl w:val="0E2ABF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75A8"/>
    <w:rsid w:val="0015074B"/>
    <w:rsid w:val="0029639D"/>
    <w:rsid w:val="00326F90"/>
    <w:rsid w:val="007B7360"/>
    <w:rsid w:val="00803E77"/>
    <w:rsid w:val="008F0B92"/>
    <w:rsid w:val="009325EF"/>
    <w:rsid w:val="00AA1D8D"/>
    <w:rsid w:val="00B47730"/>
    <w:rsid w:val="00BE5728"/>
    <w:rsid w:val="00CB0664"/>
    <w:rsid w:val="00CE761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2FC381"/>
  <w14:defaultImageDpi w14:val="300"/>
  <w15:docId w15:val="{07C8D03E-3F01-4AD3-8F67-8EA616A6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eastAsia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B44E2C-B153-48EE-9F92-18B1D90BF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muhamad sahyudi</cp:lastModifiedBy>
  <cp:revision>5</cp:revision>
  <dcterms:created xsi:type="dcterms:W3CDTF">2026-09-18T07:27:00Z</dcterms:created>
  <dcterms:modified xsi:type="dcterms:W3CDTF">2026-09-18T10:15:00Z</dcterms:modified>
  <cp:category/>
</cp:coreProperties>
</file>